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64C9B6" w14:textId="77777777" w:rsidR="00BA495E" w:rsidRPr="00E900EB" w:rsidRDefault="00000000">
      <w:pPr>
        <w:pStyle w:val="Title"/>
        <w:rPr>
          <w:b/>
          <w:bCs/>
        </w:rPr>
      </w:pPr>
      <w:r w:rsidRPr="00E900EB">
        <w:rPr>
          <w:rFonts w:cs="Times New Roman"/>
          <w:b/>
          <w:bCs/>
        </w:rPr>
        <w:t>AI use acknowledgment and log inventory</w:t>
      </w:r>
    </w:p>
    <w:p w14:paraId="1A9B062A" w14:textId="77777777" w:rsidR="00BA495E" w:rsidRPr="00E900EB" w:rsidRDefault="00000000">
      <w:pPr>
        <w:rPr>
          <w:i/>
          <w:iCs/>
        </w:rPr>
      </w:pPr>
      <w:r w:rsidRPr="00E900EB">
        <w:rPr>
          <w:i/>
          <w:iCs/>
        </w:rPr>
        <w:t>DWC 201 Fall 2026</w:t>
      </w:r>
    </w:p>
    <w:p w14:paraId="484831D4" w14:textId="37F5ECB1" w:rsidR="00BA495E" w:rsidRDefault="00000000">
      <w:pPr>
        <w:keepLines/>
      </w:pPr>
      <w:r>
        <w:t xml:space="preserve">Use this form to identify your AI assistance and help your professor locate the attached conversations. It is a cover sheet. Duplicate the conversation entry for each relevant chat or tool. </w:t>
      </w:r>
    </w:p>
    <w:p w14:paraId="14AC712D" w14:textId="77777777" w:rsidR="00BA495E" w:rsidRDefault="00000000">
      <w:pPr>
        <w:keepLines/>
      </w:pPr>
      <w:r>
        <w:t>Name: __________________________________________________________</w:t>
      </w:r>
    </w:p>
    <w:p w14:paraId="367E990D" w14:textId="77777777" w:rsidR="00BA495E" w:rsidRDefault="00000000">
      <w:pPr>
        <w:keepLines/>
      </w:pPr>
      <w:r>
        <w:t>Assignment: __________________________   Submission date: ____________</w:t>
      </w:r>
    </w:p>
    <w:p w14:paraId="31C24910" w14:textId="77777777" w:rsidR="00BA495E" w:rsidRDefault="00000000">
      <w:pPr>
        <w:keepLines/>
      </w:pPr>
      <w:r>
        <w:t>AI use:  [ ] I used no generative AI for this assignment.   [ ] I used AI as described below.</w:t>
      </w:r>
    </w:p>
    <w:p w14:paraId="0579AD47" w14:textId="77777777" w:rsidR="00BA495E" w:rsidRDefault="00000000">
      <w:pPr>
        <w:pStyle w:val="Heading1"/>
        <w:spacing w:before="200"/>
      </w:pPr>
      <w:r>
        <w:rPr>
          <w:rFonts w:cs="Times New Roman"/>
        </w:rPr>
        <w:t>Acknowledgment</w:t>
      </w:r>
    </w:p>
    <w:p w14:paraId="27F934B1" w14:textId="77777777" w:rsidR="00BA495E" w:rsidRDefault="00000000">
      <w:pPr>
        <w:keepLines/>
      </w:pPr>
      <w:r>
        <w:t>In your own words, identify the app or apps and explain what you used them for. If helpful, mention a decision you made after receiving feedback. If you used no AI, no conversation entries are needed.</w:t>
      </w:r>
    </w:p>
    <w:p w14:paraId="1E67311C" w14:textId="77777777" w:rsidR="00BA495E" w:rsidRDefault="00000000">
      <w:pPr>
        <w:keepLines/>
      </w:pPr>
      <w:r>
        <w:t>________________________________________________________________</w:t>
      </w:r>
    </w:p>
    <w:p w14:paraId="77D3CB98" w14:textId="77777777" w:rsidR="00BA495E" w:rsidRDefault="00000000">
      <w:pPr>
        <w:keepLines/>
      </w:pPr>
      <w:r>
        <w:t>________________________________________________________________</w:t>
      </w:r>
    </w:p>
    <w:p w14:paraId="133690EA" w14:textId="77777777" w:rsidR="00BA495E" w:rsidRDefault="00000000">
      <w:pPr>
        <w:pStyle w:val="Heading1"/>
        <w:spacing w:before="200"/>
      </w:pPr>
      <w:r>
        <w:rPr>
          <w:rFonts w:cs="Times New Roman"/>
        </w:rPr>
        <w:t>Conversation entry</w:t>
      </w:r>
    </w:p>
    <w:p w14:paraId="2F621CE0" w14:textId="77777777" w:rsidR="00BA495E" w:rsidRDefault="00000000">
      <w:pPr>
        <w:keepLines/>
      </w:pPr>
      <w:r>
        <w:t>Conversation number: __________   App or tool: ________________________</w:t>
      </w:r>
    </w:p>
    <w:p w14:paraId="61FA9C3C" w14:textId="77777777" w:rsidR="00BA495E" w:rsidRDefault="00000000">
      <w:pPr>
        <w:keepLines/>
      </w:pPr>
      <w:r>
        <w:t>Date or dates used: __________________________________________________</w:t>
      </w:r>
    </w:p>
    <w:p w14:paraId="664881FC" w14:textId="77777777" w:rsidR="00BA495E" w:rsidRDefault="00000000">
      <w:pPr>
        <w:keepLines/>
      </w:pPr>
      <w:r>
        <w:t>Purpose and writing stage: ____________________________________________</w:t>
      </w:r>
    </w:p>
    <w:p w14:paraId="06AF98BC" w14:textId="77777777" w:rsidR="00BA495E" w:rsidRDefault="00000000">
      <w:pPr>
        <w:keepLines/>
      </w:pPr>
      <w:r>
        <w:t>Transcript filename: __________________________________________________</w:t>
      </w:r>
    </w:p>
    <w:p w14:paraId="19832543" w14:textId="77777777" w:rsidR="00BA495E" w:rsidRDefault="00000000">
      <w:pPr>
        <w:keepLines/>
      </w:pPr>
      <w:r>
        <w:t>Conversation title or identifier, if available: ______________________________</w:t>
      </w:r>
    </w:p>
    <w:p w14:paraId="57394152" w14:textId="77777777" w:rsidR="00BA495E" w:rsidRDefault="00000000">
      <w:pPr>
        <w:keepLines/>
      </w:pPr>
      <w:r>
        <w:t>Drafts, source files, or saved instructions supplied: _________________________</w:t>
      </w:r>
    </w:p>
    <w:p w14:paraId="4A8BD9A7" w14:textId="77777777" w:rsidR="00BA495E" w:rsidRDefault="00000000">
      <w:pPr>
        <w:keepLines/>
      </w:pPr>
      <w:r>
        <w:t>________________________________________________________________</w:t>
      </w:r>
    </w:p>
    <w:p w14:paraId="7229C6F6" w14:textId="77777777" w:rsidR="00BA495E" w:rsidRDefault="00000000">
      <w:pPr>
        <w:keepLines/>
      </w:pPr>
      <w:r>
        <w:t>Model or effort setting, if displayed (optional): ____________________________</w:t>
      </w:r>
    </w:p>
    <w:p w14:paraId="47C2CFC4" w14:textId="77777777" w:rsidR="00BA495E" w:rsidRDefault="00000000">
      <w:pPr>
        <w:keepLines/>
      </w:pPr>
      <w:r>
        <w:t>Known missing material, export limits, or marked redactions: _________________</w:t>
      </w:r>
    </w:p>
    <w:p w14:paraId="17A96A8C" w14:textId="77777777" w:rsidR="00BA495E" w:rsidRDefault="00000000">
      <w:pPr>
        <w:keepLines/>
      </w:pPr>
      <w:r>
        <w:t>________________________________________________________________</w:t>
      </w:r>
    </w:p>
    <w:p w14:paraId="59693641" w14:textId="77777777" w:rsidR="00BA495E" w:rsidRDefault="00000000">
      <w:pPr>
        <w:keepLines/>
      </w:pPr>
      <w:r>
        <w:t>Before submitting, attach every relevant transcript, including rejected or unsuccessful output. Check that the files open, contain prompts and replies in order, and match the filenames above. Report gaps rather than manufacturing a replacement record.</w:t>
      </w:r>
    </w:p>
    <w:p w14:paraId="34533AB3" w14:textId="77777777" w:rsidR="00BA495E" w:rsidRDefault="00000000">
      <w:pPr>
        <w:pStyle w:val="Heading1"/>
        <w:pageBreakBefore/>
        <w:spacing w:before="200"/>
      </w:pPr>
      <w:r>
        <w:rPr>
          <w:rFonts w:cs="Times New Roman"/>
        </w:rPr>
        <w:lastRenderedPageBreak/>
        <w:t>Completed example</w:t>
      </w:r>
    </w:p>
    <w:p w14:paraId="77FFABC2" w14:textId="77777777" w:rsidR="00BA495E" w:rsidRDefault="00000000">
      <w:pPr>
        <w:keepLines/>
      </w:pPr>
      <w:r>
        <w:t>This example is fictional and illustrates the form. Replace it with an account of your actual use; do not copy it as your declaration.</w:t>
      </w:r>
    </w:p>
    <w:p w14:paraId="266D1D4D" w14:textId="77777777" w:rsidR="00BA495E" w:rsidRDefault="00000000">
      <w:pPr>
        <w:keepLines/>
      </w:pPr>
      <w:r>
        <w:t>Name: Student Example</w:t>
      </w:r>
      <w:r>
        <w:br/>
        <w:t>Assignment: DWC 201 Op-ed</w:t>
      </w:r>
      <w:r>
        <w:br/>
        <w:t>Submission date: October 23, 2026</w:t>
      </w:r>
    </w:p>
    <w:p w14:paraId="4309D522" w14:textId="77777777" w:rsidR="00BA495E" w:rsidRDefault="00000000">
      <w:pPr>
        <w:pStyle w:val="Heading1"/>
        <w:spacing w:before="200"/>
      </w:pPr>
      <w:r>
        <w:rPr>
          <w:rFonts w:cs="Times New Roman"/>
        </w:rPr>
        <w:t>Example acknowledgment</w:t>
      </w:r>
    </w:p>
    <w:p w14:paraId="6B426219" w14:textId="77777777" w:rsidR="00BA495E" w:rsidRDefault="00000000">
      <w:pPr>
        <w:keepLines/>
      </w:pPr>
      <w:r>
        <w:t>I used ChatGPT to brainstorm questions connecting medical commemoration with the course’s themes of progress and oppression. Later, I asked for feedback on a paragraph I had written. I checked the suggestions against the assigned readings. I kept my topic but revised a claim that treated a doctor’s stated intention as evidence of the effects of his actions. I developed that revision and wrote the paper myself. Both conversations are attached.</w:t>
      </w:r>
    </w:p>
    <w:p w14:paraId="6CBA56BC" w14:textId="77777777" w:rsidR="00BA495E" w:rsidRDefault="00000000">
      <w:pPr>
        <w:pStyle w:val="Heading1"/>
        <w:spacing w:before="200"/>
      </w:pPr>
      <w:r>
        <w:rPr>
          <w:rFonts w:cs="Times New Roman"/>
        </w:rPr>
        <w:t>Example entry one</w:t>
      </w:r>
    </w:p>
    <w:p w14:paraId="439E5BAA" w14:textId="77777777" w:rsidR="00BA495E" w:rsidRDefault="00000000">
      <w:pPr>
        <w:keepLines/>
      </w:pPr>
      <w:r>
        <w:t>Conversation number: 01</w:t>
      </w:r>
      <w:r>
        <w:br/>
        <w:t>App: ChatGPT</w:t>
      </w:r>
      <w:r>
        <w:br/>
        <w:t>Dates: October 13, 2026</w:t>
      </w:r>
      <w:r>
        <w:br/>
        <w:t>Purpose: Brainstorming possible questions before drafting</w:t>
      </w:r>
      <w:r>
        <w:br/>
        <w:t>Transcript filename: Example Oped Chat01.pdf</w:t>
      </w:r>
      <w:r>
        <w:br/>
        <w:t>Conversation title: Medical commemoration questions</w:t>
      </w:r>
      <w:r>
        <w:br/>
        <w:t>Supplied materials: Assignment instructions; my reading notes</w:t>
      </w:r>
      <w:r>
        <w:br/>
        <w:t>Model and effort: Not displayed</w:t>
      </w:r>
      <w:r>
        <w:br/>
        <w:t>Known limitations or redactions: None</w:t>
      </w:r>
    </w:p>
    <w:p w14:paraId="2D2F5BDB" w14:textId="77777777" w:rsidR="00BA495E" w:rsidRDefault="00000000">
      <w:pPr>
        <w:pStyle w:val="Heading1"/>
        <w:spacing w:before="200"/>
      </w:pPr>
      <w:r>
        <w:rPr>
          <w:rFonts w:cs="Times New Roman"/>
        </w:rPr>
        <w:t>Example entry two</w:t>
      </w:r>
    </w:p>
    <w:p w14:paraId="0CE3A4E6" w14:textId="77777777" w:rsidR="00BA495E" w:rsidRDefault="00000000">
      <w:pPr>
        <w:keepLines/>
      </w:pPr>
      <w:r>
        <w:t>Conversation number: 02</w:t>
      </w:r>
      <w:r>
        <w:br/>
        <w:t>App: ChatGPT</w:t>
      </w:r>
      <w:r>
        <w:br/>
        <w:t>Dates: October 16–18, 2026</w:t>
      </w:r>
      <w:r>
        <w:br/>
        <w:t>Purpose: Criticism of a draft paragraph and feedback after my revision</w:t>
      </w:r>
      <w:r>
        <w:br/>
        <w:t>Transcript filename: Example Oped Chat02.pdf</w:t>
      </w:r>
      <w:r>
        <w:br/>
        <w:t>Conversation title: Feedback on evidence</w:t>
      </w:r>
      <w:r>
        <w:br/>
        <w:t>Supplied materials: Example Oped Draft1.docx; the relevant source passage; Example Oped Draft2.docx</w:t>
      </w:r>
      <w:r>
        <w:br/>
        <w:t>Model and effort: Not displayed</w:t>
      </w:r>
      <w:r>
        <w:br/>
        <w:t>Known limitations or redactions: An unrelated personal message is visibly marked as redacted. All assignment-related messages remain.</w:t>
      </w:r>
    </w:p>
    <w:p w14:paraId="1439B1D9" w14:textId="77777777" w:rsidR="00BA495E" w:rsidRDefault="00000000">
      <w:pPr>
        <w:keepLines/>
      </w:pPr>
      <w:r>
        <w:t>If a reply contains prose you did not request or use, leave it in the transcript and explain what happened. The inventory should describe the record accurately, not make the process look flawless.</w:t>
      </w:r>
    </w:p>
    <w:sectPr w:rsidR="00BA495E"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8610841">
    <w:abstractNumId w:val="8"/>
  </w:num>
  <w:num w:numId="2" w16cid:durableId="1517571624">
    <w:abstractNumId w:val="6"/>
  </w:num>
  <w:num w:numId="3" w16cid:durableId="1714040069">
    <w:abstractNumId w:val="5"/>
  </w:num>
  <w:num w:numId="4" w16cid:durableId="316999139">
    <w:abstractNumId w:val="4"/>
  </w:num>
  <w:num w:numId="5" w16cid:durableId="1448696081">
    <w:abstractNumId w:val="7"/>
  </w:num>
  <w:num w:numId="6" w16cid:durableId="421950788">
    <w:abstractNumId w:val="3"/>
  </w:num>
  <w:num w:numId="7" w16cid:durableId="453528225">
    <w:abstractNumId w:val="2"/>
  </w:num>
  <w:num w:numId="8" w16cid:durableId="589244332">
    <w:abstractNumId w:val="1"/>
  </w:num>
  <w:num w:numId="9" w16cid:durableId="13851824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03D1"/>
    <w:rsid w:val="00AA1D8D"/>
    <w:rsid w:val="00B47730"/>
    <w:rsid w:val="00BA495E"/>
    <w:rsid w:val="00CB0664"/>
    <w:rsid w:val="00E900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9114D8"/>
  <w14:defaultImageDpi w14:val="300"/>
  <w15:docId w15:val="{1B020E89-C9B3-8C47-9E27-688006FD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cs="Times New Roman"/>
      <w:color w:val="000000"/>
    </w:rPr>
  </w:style>
  <w:style w:type="paragraph" w:styleId="Heading1">
    <w:name w:val="heading 1"/>
    <w:basedOn w:val="Normal"/>
    <w:next w:val="Normal"/>
    <w:link w:val="Heading1Char"/>
    <w:uiPriority w:val="9"/>
    <w:qFormat/>
    <w:rsid w:val="00FC693F"/>
    <w:pPr>
      <w:keepNext/>
      <w:keepLines/>
      <w:outlineLvl w:val="0"/>
    </w:pPr>
    <w:rPr>
      <w:rFonts w:cstheme="majorBidi"/>
      <w:bCs/>
      <w:szCs w:val="28"/>
    </w:rPr>
  </w:style>
  <w:style w:type="paragraph" w:styleId="Heading2">
    <w:name w:val="heading 2"/>
    <w:basedOn w:val="Normal"/>
    <w:next w:val="Normal"/>
    <w:link w:val="Heading2Char"/>
    <w:uiPriority w:val="9"/>
    <w:unhideWhenUsed/>
    <w:qFormat/>
    <w:rsid w:val="00FC693F"/>
    <w:pPr>
      <w:keepNext/>
      <w:keepLines/>
      <w:outlineLvl w:val="1"/>
    </w:pPr>
    <w:rPr>
      <w:rFonts w:cstheme="majorBidi"/>
      <w:bCs/>
      <w:szCs w:val="26"/>
    </w:rPr>
  </w:style>
  <w:style w:type="paragraph" w:styleId="Heading3">
    <w:name w:val="heading 3"/>
    <w:basedOn w:val="Normal"/>
    <w:next w:val="Normal"/>
    <w:link w:val="Heading3Char"/>
    <w:uiPriority w:val="9"/>
    <w:unhideWhenUsed/>
    <w:qFormat/>
    <w:rsid w:val="00FC693F"/>
    <w:pPr>
      <w:keepNext/>
      <w:keepLines/>
      <w:outlineLvl w:val="2"/>
    </w:pPr>
    <w:rPr>
      <w:rFonts w:cstheme="majorBidi"/>
      <w:bCs/>
    </w:rPr>
  </w:style>
  <w:style w:type="paragraph" w:styleId="Heading4">
    <w:name w:val="heading 4"/>
    <w:basedOn w:val="Normal"/>
    <w:next w:val="Normal"/>
    <w:link w:val="Heading4Char"/>
    <w:uiPriority w:val="9"/>
    <w:semiHidden/>
    <w:unhideWhenUsed/>
    <w:qFormat/>
    <w:rsid w:val="00FC693F"/>
    <w:pPr>
      <w:keepNext/>
      <w:keepLines/>
      <w:outlineLvl w:val="3"/>
    </w:pPr>
    <w:rPr>
      <w:rFonts w:cstheme="majorBidi"/>
      <w:bCs/>
      <w:iCs/>
    </w:rPr>
  </w:style>
  <w:style w:type="paragraph" w:styleId="Heading5">
    <w:name w:val="heading 5"/>
    <w:basedOn w:val="Normal"/>
    <w:next w:val="Normal"/>
    <w:link w:val="Heading5Char"/>
    <w:uiPriority w:val="9"/>
    <w:semiHidden/>
    <w:unhideWhenUsed/>
    <w:qFormat/>
    <w:rsid w:val="00FC693F"/>
    <w:pPr>
      <w:keepNext/>
      <w:keepLines/>
      <w:outlineLvl w:val="4"/>
    </w:pPr>
    <w:rPr>
      <w:rFonts w:cstheme="majorBidi"/>
    </w:rPr>
  </w:style>
  <w:style w:type="paragraph" w:styleId="Heading6">
    <w:name w:val="heading 6"/>
    <w:basedOn w:val="Normal"/>
    <w:next w:val="Normal"/>
    <w:link w:val="Heading6Char"/>
    <w:uiPriority w:val="9"/>
    <w:semiHidden/>
    <w:unhideWhenUsed/>
    <w:qFormat/>
    <w:rsid w:val="00FC693F"/>
    <w:pPr>
      <w:keepNext/>
      <w:keepLines/>
      <w:outlineLvl w:val="5"/>
    </w:pPr>
    <w:rPr>
      <w:rFonts w:cstheme="majorBidi"/>
      <w:iCs/>
    </w:rPr>
  </w:style>
  <w:style w:type="paragraph" w:styleId="Heading7">
    <w:name w:val="heading 7"/>
    <w:basedOn w:val="Normal"/>
    <w:next w:val="Normal"/>
    <w:link w:val="Heading7Char"/>
    <w:uiPriority w:val="9"/>
    <w:semiHidden/>
    <w:unhideWhenUsed/>
    <w:qFormat/>
    <w:rsid w:val="00FC693F"/>
    <w:pPr>
      <w:keepNext/>
      <w:keepLines/>
      <w:outlineLvl w:val="6"/>
    </w:pPr>
    <w:rPr>
      <w:rFonts w:cstheme="majorBidi"/>
      <w:iCs/>
    </w:rPr>
  </w:style>
  <w:style w:type="paragraph" w:styleId="Heading8">
    <w:name w:val="heading 8"/>
    <w:basedOn w:val="Normal"/>
    <w:next w:val="Normal"/>
    <w:link w:val="Heading8Char"/>
    <w:uiPriority w:val="9"/>
    <w:semiHidden/>
    <w:unhideWhenUsed/>
    <w:qFormat/>
    <w:rsid w:val="00FC693F"/>
    <w:pPr>
      <w:keepNext/>
      <w:keepLines/>
      <w:outlineLvl w:val="7"/>
    </w:pPr>
    <w:rPr>
      <w:rFonts w:cstheme="majorBidi"/>
      <w:szCs w:val="20"/>
    </w:rPr>
  </w:style>
  <w:style w:type="paragraph" w:styleId="Heading9">
    <w:name w:val="heading 9"/>
    <w:basedOn w:val="Normal"/>
    <w:next w:val="Normal"/>
    <w:link w:val="Heading9Char"/>
    <w:uiPriority w:val="9"/>
    <w:semiHidden/>
    <w:unhideWhenUsed/>
    <w:qFormat/>
    <w:rsid w:val="00FC693F"/>
    <w:pPr>
      <w:keepNext/>
      <w:keepLines/>
      <w:outlineLvl w:val="8"/>
    </w:pPr>
    <w:rPr>
      <w:rFonts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rPr>
      <w:rFonts w:ascii="Times New Roman" w:eastAsia="Times New Roman" w:hAnsi="Times New Roman" w:cs="Times New Roman"/>
      <w:b w:val="0"/>
      <w:i w:val="0"/>
      <w:color w:val="000000"/>
      <w:sz w:val="24"/>
      <w:u w:val="none"/>
    </w:rPr>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rPr>
      <w:rFonts w:ascii="Times New Roman" w:eastAsia="Times New Roman" w:hAnsi="Times New Roman" w:cs="Times New Roman"/>
      <w:b w:val="0"/>
      <w:i w:val="0"/>
      <w:color w:val="000000"/>
      <w:sz w:val="24"/>
      <w:u w:val="none"/>
    </w:rPr>
  </w:style>
  <w:style w:type="paragraph" w:styleId="NoSpacing">
    <w:name w:val="No Spacing"/>
    <w:uiPriority w:val="1"/>
    <w:qFormat/>
    <w:rsid w:val="00FC693F"/>
    <w:pPr>
      <w:spacing w:after="120" w:line="240" w:lineRule="auto"/>
    </w:pPr>
    <w:rPr>
      <w:rFonts w:cs="Times New Roman"/>
      <w:color w:val="000000"/>
    </w:rPr>
  </w:style>
  <w:style w:type="character" w:customStyle="1" w:styleId="Heading1Char">
    <w:name w:val="Heading 1 Char"/>
    <w:basedOn w:val="DefaultParagraphFont"/>
    <w:link w:val="Heading1"/>
    <w:uiPriority w:val="9"/>
    <w:rsid w:val="00FC693F"/>
    <w:rPr>
      <w:rFonts w:ascii="Times New Roman" w:eastAsia="Times New Roman" w:hAnsi="Times New Roman" w:cstheme="majorBidi"/>
      <w:b w:val="0"/>
      <w:bCs/>
      <w:i w:val="0"/>
      <w:color w:val="000000"/>
      <w:sz w:val="24"/>
      <w:szCs w:val="28"/>
      <w:u w:val="none"/>
    </w:rPr>
  </w:style>
  <w:style w:type="character" w:customStyle="1" w:styleId="Heading2Char">
    <w:name w:val="Heading 2 Char"/>
    <w:basedOn w:val="DefaultParagraphFont"/>
    <w:link w:val="Heading2"/>
    <w:uiPriority w:val="9"/>
    <w:rsid w:val="00FC693F"/>
    <w:rPr>
      <w:rFonts w:ascii="Times New Roman" w:eastAsia="Times New Roman" w:hAnsi="Times New Roman" w:cstheme="majorBidi"/>
      <w:b w:val="0"/>
      <w:bCs/>
      <w:i w:val="0"/>
      <w:color w:val="000000"/>
      <w:sz w:val="24"/>
      <w:szCs w:val="26"/>
      <w:u w:val="none"/>
    </w:rPr>
  </w:style>
  <w:style w:type="character" w:customStyle="1" w:styleId="Heading3Char">
    <w:name w:val="Heading 3 Char"/>
    <w:basedOn w:val="DefaultParagraphFont"/>
    <w:link w:val="Heading3"/>
    <w:uiPriority w:val="9"/>
    <w:rsid w:val="00FC693F"/>
    <w:rPr>
      <w:rFonts w:ascii="Times New Roman" w:eastAsia="Times New Roman" w:hAnsi="Times New Roman" w:cstheme="majorBidi"/>
      <w:b w:val="0"/>
      <w:bCs/>
      <w:i w:val="0"/>
      <w:color w:val="000000"/>
      <w:sz w:val="24"/>
      <w:u w:val="none"/>
    </w:rPr>
  </w:style>
  <w:style w:type="paragraph" w:styleId="Title">
    <w:name w:val="Title"/>
    <w:basedOn w:val="Normal"/>
    <w:next w:val="Normal"/>
    <w:link w:val="TitleChar"/>
    <w:uiPriority w:val="10"/>
    <w:qFormat/>
    <w:rsid w:val="00FC693F"/>
    <w:pPr>
      <w:contextualSpacing/>
    </w:pPr>
    <w:rPr>
      <w:rFonts w:cstheme="majorBidi"/>
      <w:spacing w:val="5"/>
      <w:kern w:val="28"/>
      <w:szCs w:val="52"/>
    </w:rPr>
  </w:style>
  <w:style w:type="character" w:customStyle="1" w:styleId="TitleChar">
    <w:name w:val="Title Char"/>
    <w:basedOn w:val="DefaultParagraphFont"/>
    <w:link w:val="Title"/>
    <w:uiPriority w:val="10"/>
    <w:rsid w:val="00FC693F"/>
    <w:rPr>
      <w:rFonts w:ascii="Times New Roman" w:eastAsia="Times New Roman" w:hAnsi="Times New Roman" w:cstheme="majorBidi"/>
      <w:b w:val="0"/>
      <w:i w:val="0"/>
      <w:color w:val="000000"/>
      <w:spacing w:val="5"/>
      <w:kern w:val="28"/>
      <w:sz w:val="24"/>
      <w:szCs w:val="52"/>
      <w:u w:val="none"/>
    </w:rPr>
  </w:style>
  <w:style w:type="paragraph" w:styleId="Subtitle">
    <w:name w:val="Subtitle"/>
    <w:basedOn w:val="Normal"/>
    <w:next w:val="Normal"/>
    <w:link w:val="SubtitleChar"/>
    <w:uiPriority w:val="11"/>
    <w:qFormat/>
    <w:rsid w:val="00FC693F"/>
    <w:pPr>
      <w:numPr>
        <w:ilvl w:val="1"/>
      </w:numPr>
    </w:pPr>
    <w:rPr>
      <w:rFonts w:cstheme="majorBidi"/>
      <w:iCs/>
      <w:spacing w:val="15"/>
    </w:rPr>
  </w:style>
  <w:style w:type="character" w:customStyle="1" w:styleId="SubtitleChar">
    <w:name w:val="Subtitle Char"/>
    <w:basedOn w:val="DefaultParagraphFont"/>
    <w:link w:val="Subtitle"/>
    <w:uiPriority w:val="11"/>
    <w:rsid w:val="00FC693F"/>
    <w:rPr>
      <w:rFonts w:ascii="Times New Roman" w:eastAsia="Times New Roman" w:hAnsi="Times New Roman" w:cstheme="majorBidi"/>
      <w:b w:val="0"/>
      <w:i w:val="0"/>
      <w:iCs/>
      <w:color w:val="000000"/>
      <w:spacing w:val="15"/>
      <w:sz w:val="24"/>
      <w:szCs w:val="24"/>
      <w:u w:val="none"/>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eastAsia="Times New Roman" w:hAnsi="Times New Roman" w:cs="Times New Roman"/>
      <w:b w:val="0"/>
      <w:i w:val="0"/>
      <w:color w:val="000000"/>
      <w:sz w:val="24"/>
      <w:u w:val="none"/>
    </w:rPr>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rPr>
      <w:rFonts w:ascii="Times New Roman" w:eastAsia="Times New Roman" w:hAnsi="Times New Roman" w:cs="Times New Roman"/>
      <w:b w:val="0"/>
      <w:i w:val="0"/>
      <w:color w:val="000000"/>
      <w:sz w:val="24"/>
      <w:u w:val="none"/>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cs="Times New Roman"/>
      <w:b w:val="0"/>
      <w:i w:val="0"/>
      <w:color w:val="000000"/>
      <w:sz w:val="24"/>
      <w:szCs w:val="16"/>
      <w:u w:val="none"/>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240" w:lineRule="auto"/>
    </w:pPr>
    <w:rPr>
      <w:rFonts w:cs="Times New Roman"/>
      <w:color w:val="00000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b w:val="0"/>
      <w:i w:val="0"/>
      <w:color w:val="000000"/>
      <w:sz w:val="24"/>
      <w:szCs w:val="20"/>
      <w:u w:val="none"/>
    </w:rPr>
  </w:style>
  <w:style w:type="paragraph" w:styleId="Quote">
    <w:name w:val="Quote"/>
    <w:basedOn w:val="Normal"/>
    <w:next w:val="Normal"/>
    <w:link w:val="QuoteChar"/>
    <w:uiPriority w:val="29"/>
    <w:qFormat/>
    <w:rsid w:val="00FC693F"/>
    <w:rPr>
      <w:iCs/>
    </w:rPr>
  </w:style>
  <w:style w:type="character" w:customStyle="1" w:styleId="QuoteChar">
    <w:name w:val="Quote Char"/>
    <w:basedOn w:val="DefaultParagraphFont"/>
    <w:link w:val="Quote"/>
    <w:uiPriority w:val="29"/>
    <w:rsid w:val="00FC693F"/>
    <w:rPr>
      <w:rFonts w:ascii="Times New Roman" w:eastAsia="Times New Roman" w:hAnsi="Times New Roman" w:cs="Times New Roman"/>
      <w:b w:val="0"/>
      <w:i w:val="0"/>
      <w:iCs/>
      <w:color w:val="000000"/>
      <w:sz w:val="24"/>
      <w:u w:val="none"/>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heme="majorBidi"/>
      <w:b w:val="0"/>
      <w:bCs/>
      <w:i w:val="0"/>
      <w:iCs/>
      <w:color w:val="000000"/>
      <w:sz w:val="24"/>
      <w:u w:val="none"/>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heme="majorBidi"/>
      <w:b w:val="0"/>
      <w:i w:val="0"/>
      <w:color w:val="000000"/>
      <w:sz w:val="24"/>
      <w:u w:val="none"/>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heme="majorBidi"/>
      <w:b w:val="0"/>
      <w:i w:val="0"/>
      <w:iCs/>
      <w:color w:val="000000"/>
      <w:sz w:val="24"/>
      <w:u w:val="none"/>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heme="majorBidi"/>
      <w:b w:val="0"/>
      <w:i w:val="0"/>
      <w:iCs/>
      <w:color w:val="000000"/>
      <w:sz w:val="24"/>
      <w:u w:val="none"/>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heme="majorBidi"/>
      <w:b w:val="0"/>
      <w:i w:val="0"/>
      <w:color w:val="000000"/>
      <w:sz w:val="24"/>
      <w:szCs w:val="20"/>
      <w:u w:val="none"/>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heme="majorBidi"/>
      <w:b w:val="0"/>
      <w:i w:val="0"/>
      <w:iCs/>
      <w:color w:val="000000"/>
      <w:sz w:val="24"/>
      <w:szCs w:val="20"/>
      <w:u w:val="none"/>
    </w:rPr>
  </w:style>
  <w:style w:type="paragraph" w:styleId="Caption">
    <w:name w:val="caption"/>
    <w:basedOn w:val="Normal"/>
    <w:next w:val="Normal"/>
    <w:uiPriority w:val="35"/>
    <w:semiHidden/>
    <w:unhideWhenUsed/>
    <w:qFormat/>
    <w:rsid w:val="00FC693F"/>
    <w:rPr>
      <w:bCs/>
      <w:szCs w:val="18"/>
    </w:rPr>
  </w:style>
  <w:style w:type="character" w:styleId="Strong">
    <w:name w:val="Strong"/>
    <w:basedOn w:val="DefaultParagraphFont"/>
    <w:uiPriority w:val="22"/>
    <w:qFormat/>
    <w:rsid w:val="00FC693F"/>
    <w:rPr>
      <w:rFonts w:ascii="Times New Roman" w:eastAsia="Times New Roman" w:hAnsi="Times New Roman" w:cs="Times New Roman"/>
      <w:b w:val="0"/>
      <w:bCs/>
      <w:i w:val="0"/>
      <w:color w:val="000000"/>
      <w:sz w:val="24"/>
      <w:u w:val="none"/>
    </w:rPr>
  </w:style>
  <w:style w:type="character" w:styleId="Emphasis">
    <w:name w:val="Emphasis"/>
    <w:basedOn w:val="DefaultParagraphFont"/>
    <w:uiPriority w:val="20"/>
    <w:qFormat/>
    <w:rsid w:val="00FC693F"/>
    <w:rPr>
      <w:rFonts w:ascii="Times New Roman" w:eastAsia="Times New Roman" w:hAnsi="Times New Roman" w:cs="Times New Roman"/>
      <w:b w:val="0"/>
      <w:i w:val="0"/>
      <w:iCs/>
      <w:color w:val="000000"/>
      <w:sz w:val="24"/>
      <w:u w:val="none"/>
    </w:rPr>
  </w:style>
  <w:style w:type="paragraph" w:styleId="IntenseQuote">
    <w:name w:val="Intense Quote"/>
    <w:basedOn w:val="Normal"/>
    <w:next w:val="Normal"/>
    <w:link w:val="IntenseQuoteChar"/>
    <w:uiPriority w:val="30"/>
    <w:qFormat/>
    <w:rsid w:val="00FC693F"/>
    <w:pPr>
      <w:ind w:left="936" w:right="936"/>
    </w:pPr>
    <w:rPr>
      <w:bCs/>
      <w:iCs/>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cs="Times New Roman"/>
      <w:b w:val="0"/>
      <w:bCs/>
      <w:i w:val="0"/>
      <w:iCs/>
      <w:color w:val="000000"/>
      <w:sz w:val="24"/>
      <w:u w:val="none"/>
    </w:rPr>
  </w:style>
  <w:style w:type="character" w:styleId="SubtleEmphasis">
    <w:name w:val="Subtle Emphasis"/>
    <w:basedOn w:val="DefaultParagraphFont"/>
    <w:uiPriority w:val="19"/>
    <w:qFormat/>
    <w:rsid w:val="00FC693F"/>
    <w:rPr>
      <w:rFonts w:ascii="Times New Roman" w:eastAsia="Times New Roman" w:hAnsi="Times New Roman" w:cs="Times New Roman"/>
      <w:b w:val="0"/>
      <w:i w:val="0"/>
      <w:iCs/>
      <w:color w:val="000000"/>
      <w:sz w:val="24"/>
      <w:u w:val="none"/>
    </w:rPr>
  </w:style>
  <w:style w:type="character" w:styleId="IntenseEmphasis">
    <w:name w:val="Intense Emphasis"/>
    <w:basedOn w:val="DefaultParagraphFont"/>
    <w:uiPriority w:val="21"/>
    <w:qFormat/>
    <w:rsid w:val="00FC693F"/>
    <w:rPr>
      <w:rFonts w:ascii="Times New Roman" w:eastAsia="Times New Roman" w:hAnsi="Times New Roman" w:cs="Times New Roman"/>
      <w:b w:val="0"/>
      <w:bCs/>
      <w:i w:val="0"/>
      <w:iCs/>
      <w:color w:val="000000"/>
      <w:sz w:val="24"/>
      <w:u w:val="none"/>
    </w:rPr>
  </w:style>
  <w:style w:type="character" w:styleId="SubtleReference">
    <w:name w:val="Subtle Reference"/>
    <w:basedOn w:val="DefaultParagraphFont"/>
    <w:uiPriority w:val="31"/>
    <w:qFormat/>
    <w:rsid w:val="00FC693F"/>
    <w:rPr>
      <w:rFonts w:ascii="Times New Roman" w:eastAsia="Times New Roman" w:hAnsi="Times New Roman" w:cs="Times New Roman"/>
      <w:b w:val="0"/>
      <w:i w:val="0"/>
      <w:smallCaps/>
      <w:color w:val="000000"/>
      <w:sz w:val="24"/>
      <w:u w:val="none"/>
    </w:rPr>
  </w:style>
  <w:style w:type="character" w:styleId="IntenseReference">
    <w:name w:val="Intense Reference"/>
    <w:basedOn w:val="DefaultParagraphFont"/>
    <w:uiPriority w:val="32"/>
    <w:qFormat/>
    <w:rsid w:val="00FC693F"/>
    <w:rPr>
      <w:rFonts w:ascii="Times New Roman" w:eastAsia="Times New Roman" w:hAnsi="Times New Roman" w:cs="Times New Roman"/>
      <w:b w:val="0"/>
      <w:bCs/>
      <w:i w:val="0"/>
      <w:smallCaps/>
      <w:color w:val="000000"/>
      <w:spacing w:val="5"/>
      <w:sz w:val="24"/>
      <w:u w:val="none"/>
    </w:rPr>
  </w:style>
  <w:style w:type="character" w:styleId="BookTitle">
    <w:name w:val="Book Title"/>
    <w:basedOn w:val="DefaultParagraphFont"/>
    <w:uiPriority w:val="33"/>
    <w:qFormat/>
    <w:rsid w:val="00FC693F"/>
    <w:rPr>
      <w:rFonts w:ascii="Times New Roman" w:eastAsia="Times New Roman" w:hAnsi="Times New Roman" w:cs="Times New Roman"/>
      <w:b w:val="0"/>
      <w:bCs/>
      <w:i w:val="0"/>
      <w:smallCaps/>
      <w:color w:val="000000"/>
      <w:spacing w:val="5"/>
      <w:sz w:val="24"/>
      <w:u w:val="none"/>
    </w:rPr>
  </w:style>
  <w:style w:type="paragraph" w:styleId="TOCHeading">
    <w:name w:val="TOC Heading"/>
    <w:basedOn w:val="Heading1"/>
    <w:next w:val="Normal"/>
    <w:uiPriority w:val="39"/>
    <w:semiHidden/>
    <w:unhideWhenUsed/>
    <w:qFormat/>
    <w:rsid w:val="00FC693F"/>
    <w:pPr>
      <w:outlineLvl w:val="9"/>
    </w:pPr>
    <w:rPr>
      <w:rFonts w:cs="Times New Roman"/>
    </w:rPr>
  </w:style>
  <w:style w:type="table" w:styleId="TableGrid">
    <w:name w:val="Table Grid"/>
    <w:basedOn w:val="TableNormal"/>
    <w:uiPriority w:val="59"/>
    <w:rsid w:val="00FC693F"/>
    <w:pPr>
      <w:spacing w:after="120" w:line="240" w:lineRule="auto"/>
    </w:pPr>
    <w:rPr>
      <w:rFonts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120" w:line="240" w:lineRule="auto"/>
    </w:pPr>
    <w:rPr>
      <w:rFonts w:cs="Times New Roman"/>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120" w:line="240" w:lineRule="auto"/>
    </w:pPr>
    <w:rPr>
      <w:rFonts w:cs="Times New Roman"/>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120" w:line="240" w:lineRule="auto"/>
    </w:pPr>
    <w:rPr>
      <w:rFonts w:cs="Times New Roman"/>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120" w:line="240" w:lineRule="auto"/>
    </w:pPr>
    <w:rPr>
      <w:rFonts w:cs="Times New Roman"/>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120" w:line="240" w:lineRule="auto"/>
    </w:pPr>
    <w:rPr>
      <w:rFonts w:cs="Times New Roman"/>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120" w:line="240" w:lineRule="auto"/>
    </w:pPr>
    <w:rPr>
      <w:rFonts w:cs="Times New Roman"/>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120" w:line="240" w:lineRule="auto"/>
    </w:pPr>
    <w:rPr>
      <w:rFonts w:cs="Times New Roman"/>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120" w:line="240" w:lineRule="auto"/>
    </w:pPr>
    <w:rPr>
      <w:rFonts w:cs="Times New Roman"/>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120" w:line="240" w:lineRule="auto"/>
    </w:pPr>
    <w:rPr>
      <w:rFonts w:cs="Times New Roman"/>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120" w:line="240" w:lineRule="auto"/>
    </w:pPr>
    <w:rPr>
      <w:rFonts w:cs="Times New Roman"/>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120" w:line="240" w:lineRule="auto"/>
    </w:pPr>
    <w:rPr>
      <w:rFonts w:cs="Times New Roman"/>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120" w:line="240" w:lineRule="auto"/>
    </w:pPr>
    <w:rPr>
      <w:rFonts w:cs="Times New Roman"/>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120" w:line="240" w:lineRule="auto"/>
    </w:pPr>
    <w:rPr>
      <w:rFonts w:cs="Times New Roman"/>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120" w:line="240" w:lineRule="auto"/>
    </w:pPr>
    <w:rPr>
      <w:rFonts w:cs="Times New Roman"/>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120" w:line="240" w:lineRule="auto"/>
    </w:pPr>
    <w:rPr>
      <w:rFonts w:cs="Times New Roman"/>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120" w:line="240" w:lineRule="auto"/>
    </w:pPr>
    <w:rPr>
      <w:rFonts w:cs="Times New Roman"/>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120" w:line="240" w:lineRule="auto"/>
    </w:pPr>
    <w:rPr>
      <w:rFonts w:cs="Times New Roman"/>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12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12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12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12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12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12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120" w:line="240" w:lineRule="auto"/>
    </w:pPr>
    <w:rPr>
      <w:rFonts w:cs="Times New Roman"/>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120" w:line="240" w:lineRule="auto"/>
    </w:pPr>
    <w:rPr>
      <w:rFonts w:cs="Times New Roman"/>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120" w:line="240" w:lineRule="auto"/>
    </w:pPr>
    <w:rPr>
      <w:rFonts w:cs="Times New Roman"/>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120" w:line="240" w:lineRule="auto"/>
    </w:pPr>
    <w:rPr>
      <w:rFonts w:cs="Times New Roman"/>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120" w:line="240" w:lineRule="auto"/>
    </w:pPr>
    <w:rPr>
      <w:rFonts w:cs="Times New Roman"/>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120" w:line="240" w:lineRule="auto"/>
    </w:pPr>
    <w:rPr>
      <w:rFonts w:cs="Times New Roman"/>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120" w:line="240" w:lineRule="auto"/>
    </w:pPr>
    <w:rPr>
      <w:rFonts w:cs="Times New Roman"/>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120" w:line="240" w:lineRule="auto"/>
    </w:pPr>
    <w:rPr>
      <w:rFonts w:cs="Times New Roman"/>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120" w:line="240" w:lineRule="auto"/>
    </w:pPr>
    <w:rPr>
      <w:rFonts w:cs="Times New Roman"/>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120" w:line="240" w:lineRule="auto"/>
    </w:pPr>
    <w:rPr>
      <w:rFonts w:cs="Times New Roman"/>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120" w:line="240" w:lineRule="auto"/>
    </w:pPr>
    <w:rPr>
      <w:rFonts w:cs="Times New Roman"/>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120" w:line="240" w:lineRule="auto"/>
    </w:pPr>
    <w:rPr>
      <w:rFonts w:cs="Times New Roman"/>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120" w:line="240" w:lineRule="auto"/>
    </w:pPr>
    <w:rPr>
      <w:rFonts w:cs="Times New Roman"/>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120" w:line="240" w:lineRule="auto"/>
    </w:pPr>
    <w:rPr>
      <w:rFonts w:cs="Times New Roman"/>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120" w:line="240" w:lineRule="auto"/>
    </w:pPr>
    <w:rPr>
      <w:rFonts w:cs="Times New Roman"/>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120" w:line="240" w:lineRule="auto"/>
    </w:pPr>
    <w:rPr>
      <w:rFonts w:cs="Times New Roman"/>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120" w:line="240" w:lineRule="auto"/>
    </w:pPr>
    <w:rPr>
      <w:rFonts w:cs="Times New Roman"/>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Writing in DWC 201 and Neuroethics</dc:title>
  <dc:subject>AI use in DWC 201 and Neuroethics writing</dc:subject>
  <dc:creator>Samuel Murray</dc:creator>
  <cp:keywords/>
  <dc:description>Provisional draft prepared with AI assistance for instructor review.</dc:description>
  <cp:lastModifiedBy>Murray, Samuel</cp:lastModifiedBy>
  <cp:revision>2</cp:revision>
  <dcterms:created xsi:type="dcterms:W3CDTF">2013-12-23T23:15:00Z</dcterms:created>
  <dcterms:modified xsi:type="dcterms:W3CDTF">2026-10-14T01:41:00Z</dcterms:modified>
  <cp:category/>
</cp:coreProperties>
</file>